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B4D82" w14:textId="77777777" w:rsidR="00121A27" w:rsidRPr="00B03A45" w:rsidRDefault="00121A27" w:rsidP="00121A27">
      <w:pPr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val="pl-PL"/>
        </w:rPr>
      </w:pPr>
      <w:r w:rsidRPr="00B03A45"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pl-PL"/>
        </w:rPr>
        <w:t>Pieczęć podmiotu przyjmującego na praktyki</w:t>
      </w:r>
    </w:p>
    <w:p w14:paraId="58094A78" w14:textId="77777777" w:rsidR="00121A27" w:rsidRPr="00B03A45" w:rsidRDefault="00121A27">
      <w:pPr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777ABA0D" w14:textId="77777777" w:rsidR="00EE3B70" w:rsidRPr="00B03A45" w:rsidRDefault="00306AEF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03A45">
        <w:rPr>
          <w:rFonts w:ascii="Times New Roman" w:hAnsi="Times New Roman" w:cs="Times New Roman"/>
          <w:b/>
          <w:sz w:val="24"/>
          <w:szCs w:val="24"/>
          <w:lang w:val="pl-PL"/>
        </w:rPr>
        <w:t>OPINIA Z PRAKTYKI ZAWODOWEJ</w:t>
      </w:r>
      <w:r w:rsidRPr="00B03A45">
        <w:rPr>
          <w:rFonts w:ascii="Times New Roman" w:hAnsi="Times New Roman" w:cs="Times New Roman"/>
          <w:b/>
          <w:sz w:val="24"/>
          <w:szCs w:val="24"/>
          <w:lang w:val="pl-PL"/>
        </w:rPr>
        <w:br/>
      </w:r>
      <w:r w:rsidRPr="00B03A45">
        <w:rPr>
          <w:rFonts w:ascii="Times New Roman" w:hAnsi="Times New Roman" w:cs="Times New Roman"/>
          <w:sz w:val="24"/>
          <w:szCs w:val="24"/>
          <w:lang w:val="pl-PL"/>
        </w:rPr>
        <w:t>dla osób studiujących na kierunku</w:t>
      </w:r>
      <w:r w:rsidRPr="00B03A45">
        <w:rPr>
          <w:rFonts w:ascii="Times New Roman" w:hAnsi="Times New Roman" w:cs="Times New Roman"/>
          <w:sz w:val="24"/>
          <w:szCs w:val="24"/>
          <w:lang w:val="pl-PL"/>
        </w:rPr>
        <w:br/>
        <w:t>ZARZĄDZANIE ZASOBAMI LUDZKIMI I COACHING Z AI</w:t>
      </w:r>
      <w:r w:rsidRPr="00B03A45">
        <w:rPr>
          <w:rFonts w:ascii="Times New Roman" w:hAnsi="Times New Roman" w:cs="Times New Roman"/>
          <w:sz w:val="24"/>
          <w:szCs w:val="24"/>
          <w:lang w:val="pl-PL"/>
        </w:rPr>
        <w:br/>
        <w:t>Uniwersytet Kazimierza Wielkiego w Bydgoszczy</w:t>
      </w:r>
    </w:p>
    <w:p w14:paraId="3A408A78" w14:textId="77777777" w:rsidR="00EE3B70" w:rsidRPr="00B03A45" w:rsidRDefault="00306AEF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B03A45">
        <w:rPr>
          <w:rFonts w:ascii="Times New Roman" w:hAnsi="Times New Roman" w:cs="Times New Roman"/>
          <w:sz w:val="24"/>
          <w:szCs w:val="24"/>
          <w:lang w:val="pl-PL"/>
        </w:rPr>
        <w:br/>
      </w:r>
    </w:p>
    <w:p w14:paraId="590D0046" w14:textId="77777777" w:rsidR="00EE3B70" w:rsidRPr="00B03A45" w:rsidRDefault="00306AEF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B03A45">
        <w:rPr>
          <w:rFonts w:ascii="Times New Roman" w:hAnsi="Times New Roman" w:cs="Times New Roman"/>
          <w:sz w:val="24"/>
          <w:szCs w:val="24"/>
          <w:lang w:val="pl-PL"/>
        </w:rPr>
        <w:t>Imię i nazwisko osoby studiującej: ........................................................</w:t>
      </w:r>
      <w:r w:rsidR="00121A27" w:rsidRPr="00B03A45">
        <w:rPr>
          <w:rFonts w:ascii="Times New Roman" w:hAnsi="Times New Roman" w:cs="Times New Roman"/>
          <w:sz w:val="24"/>
          <w:szCs w:val="24"/>
          <w:lang w:val="pl-PL"/>
        </w:rPr>
        <w:t>...............................</w:t>
      </w:r>
    </w:p>
    <w:p w14:paraId="62D05FBC" w14:textId="77777777" w:rsidR="00EE3B70" w:rsidRPr="00B03A45" w:rsidRDefault="00306AEF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B03A45">
        <w:rPr>
          <w:rFonts w:ascii="Times New Roman" w:hAnsi="Times New Roman" w:cs="Times New Roman"/>
          <w:sz w:val="24"/>
          <w:szCs w:val="24"/>
          <w:lang w:val="pl-PL"/>
        </w:rPr>
        <w:t>Numer albumu: ..............................</w:t>
      </w:r>
      <w:r w:rsidR="00121A27" w:rsidRPr="00B03A45">
        <w:rPr>
          <w:rFonts w:ascii="Times New Roman" w:hAnsi="Times New Roman" w:cs="Times New Roman"/>
          <w:sz w:val="24"/>
          <w:szCs w:val="24"/>
          <w:lang w:val="pl-PL"/>
        </w:rPr>
        <w:t>...</w:t>
      </w:r>
    </w:p>
    <w:p w14:paraId="6EF5951F" w14:textId="77777777" w:rsidR="00EE3B70" w:rsidRPr="00B03A45" w:rsidRDefault="00306AEF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B03A45">
        <w:rPr>
          <w:rFonts w:ascii="Times New Roman" w:hAnsi="Times New Roman" w:cs="Times New Roman"/>
          <w:sz w:val="24"/>
          <w:szCs w:val="24"/>
          <w:lang w:val="pl-PL"/>
        </w:rPr>
        <w:t>Termin realizacji praktyki: ..............................................................</w:t>
      </w:r>
      <w:r w:rsidR="00121A27" w:rsidRPr="00B03A45">
        <w:rPr>
          <w:rFonts w:ascii="Times New Roman" w:hAnsi="Times New Roman" w:cs="Times New Roman"/>
          <w:sz w:val="24"/>
          <w:szCs w:val="24"/>
          <w:lang w:val="pl-PL"/>
        </w:rPr>
        <w:t>......................................</w:t>
      </w:r>
    </w:p>
    <w:p w14:paraId="5E66C0B1" w14:textId="77777777" w:rsidR="00EE3B70" w:rsidRPr="00B03A45" w:rsidRDefault="00306AEF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B03A45">
        <w:rPr>
          <w:rFonts w:ascii="Times New Roman" w:hAnsi="Times New Roman" w:cs="Times New Roman"/>
          <w:sz w:val="24"/>
          <w:szCs w:val="24"/>
          <w:lang w:val="pl-PL"/>
        </w:rPr>
        <w:t>Nazwa i adres podmiotu przyjmującego na praktyki: .......................................</w:t>
      </w:r>
      <w:r w:rsidR="00121A27" w:rsidRPr="00B03A45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6FB3F03" w14:textId="77777777" w:rsidR="00EE3B70" w:rsidRPr="00B03A45" w:rsidRDefault="00EE3B70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0FAD2179" w14:textId="19B00802" w:rsidR="00632155" w:rsidRPr="00B03A45" w:rsidRDefault="00306AEF" w:rsidP="00632155">
      <w:pPr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pl-PL"/>
        </w:rPr>
      </w:pPr>
      <w:r w:rsidRPr="00B03A45">
        <w:rPr>
          <w:rFonts w:ascii="Times New Roman" w:hAnsi="Times New Roman" w:cs="Times New Roman"/>
          <w:sz w:val="24"/>
          <w:szCs w:val="24"/>
          <w:lang w:val="pl-PL"/>
        </w:rPr>
        <w:t>1. Charakter realizowanych zadań podczas praktyki</w:t>
      </w:r>
      <w:r w:rsidR="00B72855" w:rsidRPr="00B03A45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807AFE" w:rsidRPr="00B03A45"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pl-PL"/>
        </w:rPr>
        <w:t>(</w:t>
      </w:r>
      <w:r w:rsidR="00632155" w:rsidRPr="00B03A45"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pl-PL"/>
        </w:rPr>
        <w:t>Proszę scharakteryzować zakres zadań wykonywanych przez osobę studiującą podczas praktyki zawodowej oraz wskazać obszary działalności organizacji, w których uczestniczyła. W opisie należy uwzględnić stopień zaangażowania osoby studiującej i rodzaj realizowanych działań)</w:t>
      </w:r>
      <w:r w:rsidR="0064425A"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pl-PL"/>
        </w:rPr>
        <w:t>:</w:t>
      </w:r>
    </w:p>
    <w:p w14:paraId="7FE9C817" w14:textId="77777777" w:rsidR="00EE3B70" w:rsidRPr="00B03A45" w:rsidRDefault="00306AEF" w:rsidP="00632155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03A45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</w:t>
      </w:r>
      <w:r w:rsidR="00121A27" w:rsidRPr="00B03A45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6AE0FD8" w14:textId="77777777" w:rsidR="00EE3B70" w:rsidRPr="00B72855" w:rsidRDefault="00306AEF" w:rsidP="00B72855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03A45">
        <w:rPr>
          <w:rFonts w:ascii="Times New Roman" w:hAnsi="Times New Roman" w:cs="Times New Roman"/>
          <w:sz w:val="24"/>
          <w:szCs w:val="24"/>
          <w:lang w:val="pl-PL"/>
        </w:rPr>
        <w:t xml:space="preserve">2. Opinia na temat </w:t>
      </w:r>
      <w:r w:rsidR="004C70D5" w:rsidRPr="00B03A45">
        <w:rPr>
          <w:rFonts w:ascii="Times New Roman" w:hAnsi="Times New Roman" w:cs="Times New Roman"/>
          <w:sz w:val="24"/>
          <w:szCs w:val="24"/>
          <w:lang w:val="pl-PL"/>
        </w:rPr>
        <w:t xml:space="preserve">osoby odbywającej praktykę zawodową: </w:t>
      </w:r>
    </w:p>
    <w:p w14:paraId="1EA2A41E" w14:textId="77777777" w:rsidR="00121A27" w:rsidRPr="00121A27" w:rsidRDefault="00121A27" w:rsidP="00121A27">
      <w:pPr>
        <w:rPr>
          <w:rFonts w:ascii="Times New Roman" w:hAnsi="Times New Roman" w:cs="Times New Roman"/>
          <w:sz w:val="24"/>
          <w:szCs w:val="24"/>
        </w:rPr>
      </w:pPr>
      <w:r w:rsidRPr="00121A2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</w:t>
      </w:r>
      <w:r w:rsidRPr="00121A27">
        <w:rPr>
          <w:rFonts w:ascii="Times New Roman" w:hAnsi="Times New Roman" w:cs="Times New Roman"/>
          <w:sz w:val="24"/>
          <w:szCs w:val="24"/>
        </w:rPr>
        <w:t xml:space="preserve"> 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121A27">
        <w:rPr>
          <w:rFonts w:ascii="Times New Roman" w:hAnsi="Times New Roman" w:cs="Times New Roman"/>
          <w:sz w:val="24"/>
          <w:szCs w:val="24"/>
        </w:rPr>
        <w:t xml:space="preserve"> 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07ED3C9" w14:textId="77777777" w:rsidR="00121A27" w:rsidRPr="00121A27" w:rsidRDefault="00121A27">
      <w:pPr>
        <w:rPr>
          <w:rFonts w:ascii="Times New Roman" w:hAnsi="Times New Roman" w:cs="Times New Roman"/>
          <w:sz w:val="24"/>
          <w:szCs w:val="24"/>
        </w:rPr>
      </w:pPr>
    </w:p>
    <w:p w14:paraId="7C8FAB65" w14:textId="7561EAC4" w:rsidR="00EE3B70" w:rsidRPr="00632155" w:rsidRDefault="00632155" w:rsidP="00807AFE">
      <w:pPr>
        <w:numPr>
          <w:ilvl w:val="0"/>
          <w:numId w:val="10"/>
        </w:numPr>
        <w:tabs>
          <w:tab w:val="num" w:pos="426"/>
        </w:tabs>
        <w:ind w:left="426" w:hanging="426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pl-PL"/>
        </w:rPr>
      </w:pPr>
      <w:r w:rsidRPr="00632155">
        <w:rPr>
          <w:rFonts w:ascii="Times New Roman" w:hAnsi="Times New Roman" w:cs="Times New Roman"/>
          <w:sz w:val="24"/>
          <w:szCs w:val="24"/>
          <w:lang w:val="pl-PL"/>
        </w:rPr>
        <w:lastRenderedPageBreak/>
        <w:t>Ocena kompetencji zawodowych osoby studiującej w obszarze HR, coachingu,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632155">
        <w:rPr>
          <w:rFonts w:ascii="Times New Roman" w:hAnsi="Times New Roman" w:cs="Times New Roman"/>
          <w:sz w:val="24"/>
          <w:szCs w:val="24"/>
          <w:lang w:val="pl-PL"/>
        </w:rPr>
        <w:t xml:space="preserve">szkoleń, rozwoju organizacji oraz wykorzystania AI </w:t>
      </w:r>
      <w:r w:rsidRPr="00632155"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pl-PL"/>
        </w:rPr>
        <w:t>(Proszę ocenić poziom przygotowania osoby studiującej do wykonywania pracy zawodowej w obszarze zarządzania zasobami ludzkimi, coachingu, szkoleń, rozwoju organizacji oraz stosowania narzędzi cyfrowych i sztucznej inteligencji)</w:t>
      </w:r>
      <w:r w:rsidR="0064425A"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pl-PL"/>
        </w:rPr>
        <w:t>:</w:t>
      </w:r>
    </w:p>
    <w:p w14:paraId="2EAF38AE" w14:textId="77777777" w:rsidR="00EE3B70" w:rsidRPr="00B03A45" w:rsidRDefault="00121A27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B03A45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72855" w:rsidRPr="00B03A45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131E2FC6" w14:textId="487866F3" w:rsidR="00EE3B70" w:rsidRPr="00B03A45" w:rsidRDefault="004C70D5" w:rsidP="005B3C1E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03A45">
        <w:rPr>
          <w:rFonts w:ascii="Times New Roman" w:hAnsi="Times New Roman" w:cs="Times New Roman"/>
          <w:sz w:val="24"/>
          <w:szCs w:val="24"/>
          <w:lang w:val="pl-PL"/>
        </w:rPr>
        <w:t>4. Inne uwagi i wnioski dotyczące organizacji i przebiegu praktyki</w:t>
      </w:r>
      <w:r w:rsidR="005B3C1E" w:rsidRPr="00B03A45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5B3C1E" w:rsidRPr="00B03A45"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pl-PL"/>
        </w:rPr>
        <w:t>(Proszę przedstawić dodatkowe informacje, które nie zostały uwzględnione w poprzednich punktach opinii,                  a które mogą mieć znaczenie dla oceny przebiegu praktyki zawodowej, osiągniętych efektów uczenia się oraz przygotowania osoby studiującej do przyszłej aktywności zawodowej)</w:t>
      </w:r>
      <w:r w:rsidRPr="00B03A45">
        <w:rPr>
          <w:rFonts w:ascii="Times New Roman" w:hAnsi="Times New Roman" w:cs="Times New Roman"/>
          <w:sz w:val="24"/>
          <w:szCs w:val="24"/>
          <w:lang w:val="pl-PL"/>
        </w:rPr>
        <w:t>:</w:t>
      </w:r>
    </w:p>
    <w:p w14:paraId="081B7A20" w14:textId="77777777" w:rsidR="00EE3B70" w:rsidRDefault="005B3C1E">
      <w:pPr>
        <w:rPr>
          <w:rFonts w:ascii="Times New Roman" w:hAnsi="Times New Roman" w:cs="Times New Roman"/>
          <w:sz w:val="24"/>
          <w:szCs w:val="24"/>
        </w:rPr>
      </w:pPr>
      <w:r w:rsidRPr="00121A27">
        <w:rPr>
          <w:rFonts w:ascii="Times New Roman" w:hAnsi="Times New Roman" w:cs="Times New Roman"/>
          <w:sz w:val="24"/>
          <w:szCs w:val="24"/>
        </w:rPr>
        <w:t>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B3C1E">
        <w:rPr>
          <w:rFonts w:ascii="Times New Roman" w:hAnsi="Times New Roman" w:cs="Times New Roman"/>
          <w:sz w:val="24"/>
          <w:szCs w:val="24"/>
        </w:rPr>
        <w:t xml:space="preserve"> </w:t>
      </w:r>
      <w:r w:rsidRPr="00121A27">
        <w:rPr>
          <w:rFonts w:ascii="Times New Roman" w:hAnsi="Times New Roman" w:cs="Times New Roman"/>
          <w:sz w:val="24"/>
          <w:szCs w:val="24"/>
        </w:rPr>
        <w:t>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128E422" w14:textId="77777777" w:rsidR="007473D8" w:rsidRPr="00121A27" w:rsidRDefault="007473D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Zwykatabela11"/>
        <w:tblW w:w="0" w:type="auto"/>
        <w:tblLook w:val="04A0" w:firstRow="1" w:lastRow="0" w:firstColumn="1" w:lastColumn="0" w:noHBand="0" w:noVBand="1"/>
      </w:tblPr>
      <w:tblGrid>
        <w:gridCol w:w="2374"/>
        <w:gridCol w:w="1240"/>
        <w:gridCol w:w="1103"/>
        <w:gridCol w:w="1432"/>
        <w:gridCol w:w="1505"/>
        <w:gridCol w:w="976"/>
      </w:tblGrid>
      <w:tr w:rsidR="007473D8" w:rsidRPr="00F30FA0" w14:paraId="61F68D69" w14:textId="77777777" w:rsidTr="00F30F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6" w:type="dxa"/>
          </w:tcPr>
          <w:p w14:paraId="38C4C345" w14:textId="51BC826F" w:rsidR="007473D8" w:rsidRPr="00B03A45" w:rsidRDefault="007473D8" w:rsidP="005B3C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B03A4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Wiedza, umiejętności i kompetencje społeczne</w:t>
            </w:r>
            <w:r w:rsidR="0064425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proofErr w:type="spellStart"/>
            <w:r w:rsidR="0064425A" w:rsidRPr="0064425A">
              <w:rPr>
                <w:rFonts w:ascii="Times New Roman" w:hAnsi="Times New Roman" w:cs="Times New Roman"/>
                <w:sz w:val="20"/>
                <w:szCs w:val="20"/>
              </w:rPr>
              <w:t>osoby</w:t>
            </w:r>
            <w:proofErr w:type="spellEnd"/>
            <w:r w:rsidR="0064425A" w:rsidRPr="006442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64425A" w:rsidRPr="0064425A">
              <w:rPr>
                <w:rFonts w:ascii="Times New Roman" w:hAnsi="Times New Roman" w:cs="Times New Roman"/>
                <w:sz w:val="20"/>
                <w:szCs w:val="20"/>
              </w:rPr>
              <w:t>studiującej</w:t>
            </w:r>
            <w:proofErr w:type="spellEnd"/>
            <w:r w:rsidR="0064425A" w:rsidRPr="0064425A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="0064425A" w:rsidRPr="0064425A">
              <w:rPr>
                <w:rFonts w:ascii="Times New Roman" w:hAnsi="Times New Roman" w:cs="Times New Roman"/>
                <w:sz w:val="20"/>
                <w:szCs w:val="20"/>
              </w:rPr>
              <w:t>ocena</w:t>
            </w:r>
            <w:proofErr w:type="spellEnd"/>
            <w:r w:rsidR="0064425A" w:rsidRPr="006442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64425A" w:rsidRPr="0064425A">
              <w:rPr>
                <w:rFonts w:ascii="Times New Roman" w:hAnsi="Times New Roman" w:cs="Times New Roman"/>
                <w:sz w:val="20"/>
                <w:szCs w:val="20"/>
              </w:rPr>
              <w:t>stopnia</w:t>
            </w:r>
            <w:proofErr w:type="spellEnd"/>
            <w:r w:rsidR="0064425A" w:rsidRPr="006442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64425A" w:rsidRPr="0064425A">
              <w:rPr>
                <w:rFonts w:ascii="Times New Roman" w:hAnsi="Times New Roman" w:cs="Times New Roman"/>
                <w:sz w:val="20"/>
                <w:szCs w:val="20"/>
              </w:rPr>
              <w:t>spełnienia</w:t>
            </w:r>
            <w:proofErr w:type="spellEnd"/>
            <w:r w:rsidR="0064425A" w:rsidRPr="006442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64425A" w:rsidRPr="0064425A">
              <w:rPr>
                <w:rFonts w:ascii="Times New Roman" w:hAnsi="Times New Roman" w:cs="Times New Roman"/>
                <w:sz w:val="20"/>
                <w:szCs w:val="20"/>
              </w:rPr>
              <w:t>efektów</w:t>
            </w:r>
            <w:proofErr w:type="spellEnd"/>
            <w:r w:rsidR="0064425A" w:rsidRPr="006442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64425A" w:rsidRPr="0064425A">
              <w:rPr>
                <w:rFonts w:ascii="Times New Roman" w:hAnsi="Times New Roman" w:cs="Times New Roman"/>
                <w:sz w:val="20"/>
                <w:szCs w:val="20"/>
              </w:rPr>
              <w:t>uczenia</w:t>
            </w:r>
            <w:proofErr w:type="spellEnd"/>
            <w:r w:rsidR="0064425A" w:rsidRPr="006442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64425A" w:rsidRPr="0064425A">
              <w:rPr>
                <w:rFonts w:ascii="Times New Roman" w:hAnsi="Times New Roman" w:cs="Times New Roman"/>
                <w:sz w:val="20"/>
                <w:szCs w:val="20"/>
              </w:rPr>
              <w:t>się</w:t>
            </w:r>
            <w:proofErr w:type="spellEnd"/>
            <w:r w:rsidR="0064425A" w:rsidRPr="0064425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="0064425A" w:rsidRPr="0064425A">
              <w:rPr>
                <w:rFonts w:ascii="Times New Roman" w:hAnsi="Times New Roman" w:cs="Times New Roman"/>
                <w:sz w:val="20"/>
                <w:szCs w:val="20"/>
              </w:rPr>
              <w:t>wyrażona</w:t>
            </w:r>
            <w:proofErr w:type="spellEnd"/>
            <w:r w:rsidR="0064425A" w:rsidRPr="0064425A">
              <w:rPr>
                <w:rFonts w:ascii="Times New Roman" w:hAnsi="Times New Roman" w:cs="Times New Roman"/>
                <w:sz w:val="20"/>
                <w:szCs w:val="20"/>
              </w:rPr>
              <w:t xml:space="preserve"> w </w:t>
            </w:r>
            <w:proofErr w:type="spellStart"/>
            <w:r w:rsidR="0064425A" w:rsidRPr="0064425A">
              <w:rPr>
                <w:rFonts w:ascii="Times New Roman" w:hAnsi="Times New Roman" w:cs="Times New Roman"/>
                <w:sz w:val="20"/>
                <w:szCs w:val="20"/>
              </w:rPr>
              <w:t>skali</w:t>
            </w:r>
            <w:proofErr w:type="spellEnd"/>
            <w:r w:rsidR="0064425A" w:rsidRPr="0064425A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="0064425A" w:rsidRPr="0064425A">
              <w:rPr>
                <w:rFonts w:ascii="Times New Roman" w:hAnsi="Times New Roman" w:cs="Times New Roman"/>
                <w:sz w:val="20"/>
                <w:szCs w:val="20"/>
              </w:rPr>
              <w:t>bardzo</w:t>
            </w:r>
            <w:proofErr w:type="spellEnd"/>
            <w:r w:rsidR="0064425A" w:rsidRPr="0064425A">
              <w:rPr>
                <w:rFonts w:ascii="Times New Roman" w:hAnsi="Times New Roman" w:cs="Times New Roman"/>
                <w:sz w:val="20"/>
                <w:szCs w:val="20"/>
              </w:rPr>
              <w:t xml:space="preserve"> dobra, dobra, </w:t>
            </w:r>
            <w:proofErr w:type="spellStart"/>
            <w:r w:rsidR="0064425A" w:rsidRPr="0064425A">
              <w:rPr>
                <w:rFonts w:ascii="Times New Roman" w:hAnsi="Times New Roman" w:cs="Times New Roman"/>
                <w:sz w:val="20"/>
                <w:szCs w:val="20"/>
              </w:rPr>
              <w:t>dostateczna</w:t>
            </w:r>
            <w:proofErr w:type="spellEnd"/>
            <w:r w:rsidR="0064425A" w:rsidRPr="0064425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64425A" w:rsidRPr="0064425A">
              <w:rPr>
                <w:rFonts w:ascii="Times New Roman" w:hAnsi="Times New Roman" w:cs="Times New Roman"/>
                <w:sz w:val="20"/>
                <w:szCs w:val="20"/>
              </w:rPr>
              <w:t>niedostateczna</w:t>
            </w:r>
            <w:proofErr w:type="spellEnd"/>
            <w:r w:rsidR="0064425A" w:rsidRPr="0064425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93" w:type="dxa"/>
          </w:tcPr>
          <w:p w14:paraId="6F83FC84" w14:textId="77777777" w:rsidR="007473D8" w:rsidRPr="00F30FA0" w:rsidRDefault="007473D8" w:rsidP="005B3C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0FA0">
              <w:rPr>
                <w:rFonts w:ascii="Times New Roman" w:hAnsi="Times New Roman" w:cs="Times New Roman"/>
                <w:sz w:val="20"/>
                <w:szCs w:val="20"/>
              </w:rPr>
              <w:t>Bardzo</w:t>
            </w:r>
            <w:proofErr w:type="spellEnd"/>
            <w:r w:rsidRPr="00F30FA0">
              <w:rPr>
                <w:rFonts w:ascii="Times New Roman" w:hAnsi="Times New Roman" w:cs="Times New Roman"/>
                <w:sz w:val="20"/>
                <w:szCs w:val="20"/>
              </w:rPr>
              <w:t xml:space="preserve"> dobra</w:t>
            </w:r>
          </w:p>
        </w:tc>
        <w:tc>
          <w:tcPr>
            <w:tcW w:w="1148" w:type="dxa"/>
          </w:tcPr>
          <w:p w14:paraId="357B349D" w14:textId="77777777" w:rsidR="007473D8" w:rsidRPr="00F30FA0" w:rsidRDefault="007473D8" w:rsidP="005B3C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0FA0">
              <w:rPr>
                <w:rFonts w:ascii="Times New Roman" w:hAnsi="Times New Roman" w:cs="Times New Roman"/>
                <w:sz w:val="20"/>
                <w:szCs w:val="20"/>
              </w:rPr>
              <w:t>Dobra</w:t>
            </w:r>
          </w:p>
        </w:tc>
        <w:tc>
          <w:tcPr>
            <w:tcW w:w="1456" w:type="dxa"/>
          </w:tcPr>
          <w:p w14:paraId="529E2ACC" w14:textId="77777777" w:rsidR="007473D8" w:rsidRPr="00F30FA0" w:rsidRDefault="007473D8" w:rsidP="005B3C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0FA0">
              <w:rPr>
                <w:rFonts w:ascii="Times New Roman" w:hAnsi="Times New Roman" w:cs="Times New Roman"/>
                <w:sz w:val="20"/>
                <w:szCs w:val="20"/>
              </w:rPr>
              <w:t>Dostateczna</w:t>
            </w:r>
            <w:proofErr w:type="spellEnd"/>
          </w:p>
        </w:tc>
        <w:tc>
          <w:tcPr>
            <w:tcW w:w="1283" w:type="dxa"/>
          </w:tcPr>
          <w:p w14:paraId="18DCC40E" w14:textId="77777777" w:rsidR="007473D8" w:rsidRPr="00F30FA0" w:rsidRDefault="007473D8" w:rsidP="005B3C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0FA0">
              <w:rPr>
                <w:rFonts w:ascii="Times New Roman" w:hAnsi="Times New Roman" w:cs="Times New Roman"/>
                <w:sz w:val="20"/>
                <w:szCs w:val="20"/>
              </w:rPr>
              <w:t>Niedostatec</w:t>
            </w:r>
            <w:r w:rsidR="00632155" w:rsidRPr="00F30FA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F30FA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  <w:proofErr w:type="spellEnd"/>
          </w:p>
        </w:tc>
        <w:tc>
          <w:tcPr>
            <w:tcW w:w="1004" w:type="dxa"/>
          </w:tcPr>
          <w:p w14:paraId="685A0ECC" w14:textId="77777777" w:rsidR="007473D8" w:rsidRPr="00F30FA0" w:rsidRDefault="007473D8" w:rsidP="005B3C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0FA0">
              <w:rPr>
                <w:rFonts w:ascii="Times New Roman" w:hAnsi="Times New Roman" w:cs="Times New Roman"/>
                <w:sz w:val="20"/>
                <w:szCs w:val="20"/>
              </w:rPr>
              <w:t>Uwagi</w:t>
            </w:r>
            <w:proofErr w:type="spellEnd"/>
          </w:p>
        </w:tc>
      </w:tr>
      <w:tr w:rsidR="007473D8" w:rsidRPr="00B03A45" w14:paraId="36212C93" w14:textId="77777777" w:rsidTr="00F30F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6" w:type="dxa"/>
          </w:tcPr>
          <w:p w14:paraId="4A9BE529" w14:textId="77777777" w:rsidR="007473D8" w:rsidRPr="00B03A45" w:rsidRDefault="007473D8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pl-PL"/>
              </w:rPr>
            </w:pPr>
            <w:r w:rsidRPr="00B03A4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pl-PL"/>
              </w:rPr>
              <w:t>Posiada wiedzę dotyczącą funkcjonowania organizacji oraz procesów zarządzania zasobami ludzkimi.</w:t>
            </w:r>
          </w:p>
        </w:tc>
        <w:tc>
          <w:tcPr>
            <w:tcW w:w="1293" w:type="dxa"/>
          </w:tcPr>
          <w:p w14:paraId="59B344F0" w14:textId="77777777" w:rsidR="007473D8" w:rsidRPr="00B03A45" w:rsidRDefault="00747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8" w:type="dxa"/>
          </w:tcPr>
          <w:p w14:paraId="4D688C5E" w14:textId="77777777" w:rsidR="007473D8" w:rsidRPr="00B03A45" w:rsidRDefault="00747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456" w:type="dxa"/>
          </w:tcPr>
          <w:p w14:paraId="3EDDE28B" w14:textId="77777777" w:rsidR="007473D8" w:rsidRPr="00B03A45" w:rsidRDefault="00747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283" w:type="dxa"/>
          </w:tcPr>
          <w:p w14:paraId="6148B3A7" w14:textId="77777777" w:rsidR="007473D8" w:rsidRPr="00B03A45" w:rsidRDefault="00747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04" w:type="dxa"/>
          </w:tcPr>
          <w:p w14:paraId="3D21009C" w14:textId="77777777" w:rsidR="007473D8" w:rsidRPr="00B03A45" w:rsidRDefault="00747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7473D8" w:rsidRPr="00B03A45" w14:paraId="456D63DC" w14:textId="77777777" w:rsidTr="00F30F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6" w:type="dxa"/>
          </w:tcPr>
          <w:p w14:paraId="31B7DD51" w14:textId="5FBF9E67" w:rsidR="007473D8" w:rsidRPr="00B03A45" w:rsidRDefault="007473D8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pl-PL"/>
              </w:rPr>
            </w:pPr>
            <w:r w:rsidRPr="00B03A4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pl-PL"/>
              </w:rPr>
              <w:t>Posiada pogłębioną wiedzę o psychologicznych i społecznych podstawach zarządzania oraz rozumie mechanizmy jego funkcjonalności i dysfunkcjonalności, harmonii i dysharmonii, norm i patologii</w:t>
            </w:r>
            <w:r w:rsidR="0064425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pl-PL"/>
              </w:rPr>
              <w:t>.</w:t>
            </w:r>
          </w:p>
        </w:tc>
        <w:tc>
          <w:tcPr>
            <w:tcW w:w="1293" w:type="dxa"/>
          </w:tcPr>
          <w:p w14:paraId="75B24510" w14:textId="77777777" w:rsidR="007473D8" w:rsidRPr="00B03A45" w:rsidRDefault="00747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8" w:type="dxa"/>
          </w:tcPr>
          <w:p w14:paraId="53107271" w14:textId="77777777" w:rsidR="007473D8" w:rsidRPr="00B03A45" w:rsidRDefault="00747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456" w:type="dxa"/>
          </w:tcPr>
          <w:p w14:paraId="39034E2A" w14:textId="77777777" w:rsidR="007473D8" w:rsidRPr="00B03A45" w:rsidRDefault="00747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283" w:type="dxa"/>
          </w:tcPr>
          <w:p w14:paraId="4EDA776D" w14:textId="77777777" w:rsidR="007473D8" w:rsidRPr="00B03A45" w:rsidRDefault="00747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04" w:type="dxa"/>
          </w:tcPr>
          <w:p w14:paraId="2E246618" w14:textId="77777777" w:rsidR="007473D8" w:rsidRPr="00B03A45" w:rsidRDefault="00747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7473D8" w:rsidRPr="00B03A45" w14:paraId="2A36DEAF" w14:textId="77777777" w:rsidTr="00F30F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6" w:type="dxa"/>
          </w:tcPr>
          <w:p w14:paraId="109CD128" w14:textId="77777777" w:rsidR="007473D8" w:rsidRPr="00B03A45" w:rsidRDefault="007473D8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pl-PL"/>
              </w:rPr>
            </w:pPr>
            <w:r w:rsidRPr="00B03A4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pl-PL"/>
              </w:rPr>
              <w:lastRenderedPageBreak/>
              <w:t>Rozumie rolę sztucznej inteligencji i technologii cyfrowych we współczesnych organizacjach.</w:t>
            </w:r>
          </w:p>
        </w:tc>
        <w:tc>
          <w:tcPr>
            <w:tcW w:w="1293" w:type="dxa"/>
          </w:tcPr>
          <w:p w14:paraId="6B10A406" w14:textId="77777777" w:rsidR="007473D8" w:rsidRPr="00B03A45" w:rsidRDefault="00747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8" w:type="dxa"/>
          </w:tcPr>
          <w:p w14:paraId="787178BB" w14:textId="77777777" w:rsidR="007473D8" w:rsidRPr="00B03A45" w:rsidRDefault="00747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456" w:type="dxa"/>
          </w:tcPr>
          <w:p w14:paraId="34319632" w14:textId="77777777" w:rsidR="007473D8" w:rsidRPr="00B03A45" w:rsidRDefault="00747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283" w:type="dxa"/>
          </w:tcPr>
          <w:p w14:paraId="6D5BC42B" w14:textId="77777777" w:rsidR="007473D8" w:rsidRPr="00B03A45" w:rsidRDefault="00747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04" w:type="dxa"/>
          </w:tcPr>
          <w:p w14:paraId="748194D0" w14:textId="77777777" w:rsidR="007473D8" w:rsidRPr="00B03A45" w:rsidRDefault="00747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7473D8" w:rsidRPr="00B03A45" w14:paraId="2B8E122C" w14:textId="77777777" w:rsidTr="00F30F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6" w:type="dxa"/>
          </w:tcPr>
          <w:p w14:paraId="1609A170" w14:textId="77777777" w:rsidR="007473D8" w:rsidRPr="00B03A45" w:rsidRDefault="007473D8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pl-PL"/>
              </w:rPr>
            </w:pPr>
            <w:r w:rsidRPr="00B03A4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pl-PL"/>
              </w:rPr>
              <w:t xml:space="preserve">Zna podstawowe procedury związane z rekrutacją, </w:t>
            </w:r>
            <w:proofErr w:type="spellStart"/>
            <w:r w:rsidRPr="00B03A4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pl-PL"/>
              </w:rPr>
              <w:t>onboardingiem</w:t>
            </w:r>
            <w:proofErr w:type="spellEnd"/>
            <w:r w:rsidRPr="00B03A4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pl-PL"/>
              </w:rPr>
              <w:t>, oceną pracowników i zarządzaniem talentami.</w:t>
            </w:r>
          </w:p>
        </w:tc>
        <w:tc>
          <w:tcPr>
            <w:tcW w:w="1293" w:type="dxa"/>
          </w:tcPr>
          <w:p w14:paraId="0A831291" w14:textId="77777777" w:rsidR="007473D8" w:rsidRPr="00B03A45" w:rsidRDefault="00747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8" w:type="dxa"/>
          </w:tcPr>
          <w:p w14:paraId="616C0616" w14:textId="77777777" w:rsidR="007473D8" w:rsidRPr="00B03A45" w:rsidRDefault="00747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456" w:type="dxa"/>
          </w:tcPr>
          <w:p w14:paraId="083269CA" w14:textId="77777777" w:rsidR="007473D8" w:rsidRPr="00B03A45" w:rsidRDefault="00747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283" w:type="dxa"/>
          </w:tcPr>
          <w:p w14:paraId="11111E29" w14:textId="77777777" w:rsidR="007473D8" w:rsidRPr="00B03A45" w:rsidRDefault="00747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04" w:type="dxa"/>
          </w:tcPr>
          <w:p w14:paraId="58BED213" w14:textId="77777777" w:rsidR="007473D8" w:rsidRPr="00B03A45" w:rsidRDefault="00747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7473D8" w:rsidRPr="00B03A45" w14:paraId="6617BAFF" w14:textId="77777777" w:rsidTr="00F30F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6" w:type="dxa"/>
          </w:tcPr>
          <w:p w14:paraId="045BF1B6" w14:textId="77777777" w:rsidR="007473D8" w:rsidRPr="00B03A45" w:rsidRDefault="007473D8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pl-PL"/>
              </w:rPr>
            </w:pPr>
            <w:r w:rsidRPr="00B03A4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pl-PL"/>
              </w:rPr>
              <w:t>Potrafi wykorzystywać narzędzia cyfrowe i rozwiązania AI w działaniach związanych z HR i coachingiem.</w:t>
            </w:r>
          </w:p>
        </w:tc>
        <w:tc>
          <w:tcPr>
            <w:tcW w:w="1293" w:type="dxa"/>
          </w:tcPr>
          <w:p w14:paraId="565490C8" w14:textId="77777777" w:rsidR="007473D8" w:rsidRPr="00B03A45" w:rsidRDefault="00747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8" w:type="dxa"/>
          </w:tcPr>
          <w:p w14:paraId="0543354E" w14:textId="77777777" w:rsidR="007473D8" w:rsidRPr="00B03A45" w:rsidRDefault="00747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456" w:type="dxa"/>
          </w:tcPr>
          <w:p w14:paraId="7E60B358" w14:textId="77777777" w:rsidR="007473D8" w:rsidRPr="00B03A45" w:rsidRDefault="00747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283" w:type="dxa"/>
          </w:tcPr>
          <w:p w14:paraId="5ECD3825" w14:textId="77777777" w:rsidR="007473D8" w:rsidRPr="00B03A45" w:rsidRDefault="00747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04" w:type="dxa"/>
          </w:tcPr>
          <w:p w14:paraId="01EFC2FB" w14:textId="77777777" w:rsidR="007473D8" w:rsidRPr="00B03A45" w:rsidRDefault="00747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7473D8" w:rsidRPr="00B03A45" w14:paraId="01C4039F" w14:textId="77777777" w:rsidTr="00F30F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6" w:type="dxa"/>
          </w:tcPr>
          <w:p w14:paraId="376DC219" w14:textId="77777777" w:rsidR="007473D8" w:rsidRPr="00B03A45" w:rsidRDefault="007473D8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pl-PL"/>
              </w:rPr>
            </w:pPr>
            <w:r w:rsidRPr="00B03A4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pl-PL"/>
              </w:rPr>
              <w:t>Potrafi analizować procesy organizacyjne oraz komunikacyjne zachodzące w organizacji.</w:t>
            </w:r>
          </w:p>
        </w:tc>
        <w:tc>
          <w:tcPr>
            <w:tcW w:w="1293" w:type="dxa"/>
          </w:tcPr>
          <w:p w14:paraId="08BC146C" w14:textId="77777777" w:rsidR="007473D8" w:rsidRPr="00B03A45" w:rsidRDefault="00747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8" w:type="dxa"/>
          </w:tcPr>
          <w:p w14:paraId="326836D2" w14:textId="77777777" w:rsidR="007473D8" w:rsidRPr="00B03A45" w:rsidRDefault="00747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456" w:type="dxa"/>
          </w:tcPr>
          <w:p w14:paraId="630BE9FB" w14:textId="77777777" w:rsidR="007473D8" w:rsidRPr="00B03A45" w:rsidRDefault="00747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283" w:type="dxa"/>
          </w:tcPr>
          <w:p w14:paraId="5B1C3E43" w14:textId="77777777" w:rsidR="007473D8" w:rsidRPr="00B03A45" w:rsidRDefault="00747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04" w:type="dxa"/>
          </w:tcPr>
          <w:p w14:paraId="658D88BF" w14:textId="77777777" w:rsidR="007473D8" w:rsidRPr="00B03A45" w:rsidRDefault="00747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7473D8" w:rsidRPr="00B03A45" w14:paraId="607FDF26" w14:textId="77777777" w:rsidTr="00F30F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6" w:type="dxa"/>
          </w:tcPr>
          <w:p w14:paraId="57CBA461" w14:textId="7F8D032C" w:rsidR="007473D8" w:rsidRPr="00B03A45" w:rsidRDefault="007473D8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pl-PL"/>
              </w:rPr>
            </w:pPr>
            <w:r w:rsidRPr="00B03A4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pl-PL"/>
              </w:rPr>
              <w:t>Zna strukturę i funkcje systemu edukacji dorosłych w kontekście zarządzania zasobami ludzkimi i coachingu</w:t>
            </w:r>
            <w:r w:rsidR="0064425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pl-PL"/>
              </w:rPr>
              <w:t>.</w:t>
            </w:r>
          </w:p>
        </w:tc>
        <w:tc>
          <w:tcPr>
            <w:tcW w:w="1293" w:type="dxa"/>
          </w:tcPr>
          <w:p w14:paraId="3A6E113B" w14:textId="77777777" w:rsidR="007473D8" w:rsidRPr="00B03A45" w:rsidRDefault="00747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8" w:type="dxa"/>
          </w:tcPr>
          <w:p w14:paraId="2B97D5CF" w14:textId="77777777" w:rsidR="007473D8" w:rsidRPr="00B03A45" w:rsidRDefault="00747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456" w:type="dxa"/>
          </w:tcPr>
          <w:p w14:paraId="7AF223B6" w14:textId="77777777" w:rsidR="007473D8" w:rsidRPr="00B03A45" w:rsidRDefault="00747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283" w:type="dxa"/>
          </w:tcPr>
          <w:p w14:paraId="36510231" w14:textId="77777777" w:rsidR="007473D8" w:rsidRPr="00B03A45" w:rsidRDefault="00747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04" w:type="dxa"/>
          </w:tcPr>
          <w:p w14:paraId="5CCDDC0E" w14:textId="77777777" w:rsidR="007473D8" w:rsidRPr="00B03A45" w:rsidRDefault="00747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7473D8" w:rsidRPr="00B03A45" w14:paraId="0A5A18EB" w14:textId="77777777" w:rsidTr="00F30F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6" w:type="dxa"/>
          </w:tcPr>
          <w:p w14:paraId="24A09B62" w14:textId="77777777" w:rsidR="007473D8" w:rsidRPr="00B03A45" w:rsidRDefault="007473D8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pl-PL"/>
              </w:rPr>
            </w:pPr>
            <w:r w:rsidRPr="00B03A4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pl-PL"/>
              </w:rPr>
              <w:t>Potrafi współpracować z zespołem oraz komunikować się w sposób profesjonalny.</w:t>
            </w:r>
          </w:p>
        </w:tc>
        <w:tc>
          <w:tcPr>
            <w:tcW w:w="1293" w:type="dxa"/>
          </w:tcPr>
          <w:p w14:paraId="4075CBA1" w14:textId="77777777" w:rsidR="007473D8" w:rsidRPr="00B03A45" w:rsidRDefault="00747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8" w:type="dxa"/>
          </w:tcPr>
          <w:p w14:paraId="0211AED7" w14:textId="77777777" w:rsidR="007473D8" w:rsidRPr="00B03A45" w:rsidRDefault="00747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456" w:type="dxa"/>
          </w:tcPr>
          <w:p w14:paraId="7B6D2F4A" w14:textId="77777777" w:rsidR="007473D8" w:rsidRPr="00B03A45" w:rsidRDefault="00747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283" w:type="dxa"/>
          </w:tcPr>
          <w:p w14:paraId="26BC2B23" w14:textId="77777777" w:rsidR="007473D8" w:rsidRPr="00B03A45" w:rsidRDefault="00747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04" w:type="dxa"/>
          </w:tcPr>
          <w:p w14:paraId="1BCFB4DC" w14:textId="77777777" w:rsidR="007473D8" w:rsidRPr="00B03A45" w:rsidRDefault="00747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7473D8" w:rsidRPr="00B03A45" w14:paraId="474D2C4E" w14:textId="77777777" w:rsidTr="00F30F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6" w:type="dxa"/>
          </w:tcPr>
          <w:p w14:paraId="3D7A9D4D" w14:textId="40FAA0A0" w:rsidR="007473D8" w:rsidRPr="00B03A45" w:rsidRDefault="007473D8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pl-PL"/>
              </w:rPr>
            </w:pPr>
            <w:r w:rsidRPr="00B03A4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pl-PL"/>
              </w:rPr>
              <w:t>Potrafi w sposób pogłębiony i refleksyjny obserwować oraz diagnozować złożone sytuacje edukacyjne i zawodowe, racjonalnie je oceniać, uwzględniając wieloaspektowe uwarunkowania, a także analizować motywy i wzory ludzkich zachowań w procesach zarządzania i coachingu</w:t>
            </w:r>
            <w:r w:rsidR="0064425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pl-PL"/>
              </w:rPr>
              <w:t xml:space="preserve">. </w:t>
            </w:r>
          </w:p>
        </w:tc>
        <w:tc>
          <w:tcPr>
            <w:tcW w:w="1293" w:type="dxa"/>
          </w:tcPr>
          <w:p w14:paraId="23F17A13" w14:textId="77777777" w:rsidR="007473D8" w:rsidRPr="00B03A45" w:rsidRDefault="00747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8" w:type="dxa"/>
          </w:tcPr>
          <w:p w14:paraId="01E50259" w14:textId="77777777" w:rsidR="007473D8" w:rsidRPr="00B03A45" w:rsidRDefault="00747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456" w:type="dxa"/>
          </w:tcPr>
          <w:p w14:paraId="4997C2D5" w14:textId="77777777" w:rsidR="007473D8" w:rsidRPr="00B03A45" w:rsidRDefault="00747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283" w:type="dxa"/>
          </w:tcPr>
          <w:p w14:paraId="5E1A4F8E" w14:textId="77777777" w:rsidR="007473D8" w:rsidRPr="00B03A45" w:rsidRDefault="00747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04" w:type="dxa"/>
          </w:tcPr>
          <w:p w14:paraId="326AD3D4" w14:textId="77777777" w:rsidR="007473D8" w:rsidRPr="00B03A45" w:rsidRDefault="00747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7473D8" w:rsidRPr="00B03A45" w14:paraId="10742698" w14:textId="77777777" w:rsidTr="00F30F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6" w:type="dxa"/>
          </w:tcPr>
          <w:p w14:paraId="76A98054" w14:textId="77777777" w:rsidR="007473D8" w:rsidRPr="00B03A45" w:rsidRDefault="007473D8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pl-PL"/>
              </w:rPr>
            </w:pPr>
            <w:r w:rsidRPr="00B03A4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pl-PL"/>
              </w:rPr>
              <w:t>Rozpoznaje problemy etyczne związane z wykorzystywaniem AI i przestrzega zasad ochrony danych osobowych.</w:t>
            </w:r>
          </w:p>
        </w:tc>
        <w:tc>
          <w:tcPr>
            <w:tcW w:w="1293" w:type="dxa"/>
          </w:tcPr>
          <w:p w14:paraId="5FAD081B" w14:textId="77777777" w:rsidR="007473D8" w:rsidRPr="00B03A45" w:rsidRDefault="00747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8" w:type="dxa"/>
          </w:tcPr>
          <w:p w14:paraId="0C1CDBBD" w14:textId="77777777" w:rsidR="007473D8" w:rsidRPr="00B03A45" w:rsidRDefault="00747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456" w:type="dxa"/>
          </w:tcPr>
          <w:p w14:paraId="4A2692AA" w14:textId="77777777" w:rsidR="007473D8" w:rsidRPr="00B03A45" w:rsidRDefault="00747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283" w:type="dxa"/>
          </w:tcPr>
          <w:p w14:paraId="44D555A8" w14:textId="77777777" w:rsidR="007473D8" w:rsidRPr="00B03A45" w:rsidRDefault="00747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04" w:type="dxa"/>
          </w:tcPr>
          <w:p w14:paraId="4743D5F6" w14:textId="77777777" w:rsidR="007473D8" w:rsidRPr="00B03A45" w:rsidRDefault="00747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7473D8" w:rsidRPr="00B03A45" w14:paraId="6A3035FD" w14:textId="77777777" w:rsidTr="00F30F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6" w:type="dxa"/>
          </w:tcPr>
          <w:p w14:paraId="52F96218" w14:textId="1D875377" w:rsidR="007473D8" w:rsidRPr="00B03A45" w:rsidRDefault="007473D8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pl-PL"/>
              </w:rPr>
            </w:pPr>
            <w:r w:rsidRPr="00B03A4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pl-PL"/>
              </w:rPr>
              <w:t xml:space="preserve">Potrafi generować rozwiązania złożonych problemów edukacyjnych i zawodowych oraz prognozować przebieg ich realizacji  oraz przewidywać skutki planowanych działań w </w:t>
            </w:r>
            <w:r w:rsidRPr="00B03A4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pl-PL"/>
              </w:rPr>
              <w:lastRenderedPageBreak/>
              <w:t>określonych obszarach praktyki</w:t>
            </w:r>
            <w:r w:rsidR="0064425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pl-PL"/>
              </w:rPr>
              <w:t xml:space="preserve">. </w:t>
            </w:r>
          </w:p>
        </w:tc>
        <w:tc>
          <w:tcPr>
            <w:tcW w:w="1293" w:type="dxa"/>
          </w:tcPr>
          <w:p w14:paraId="44351A7F" w14:textId="77777777" w:rsidR="007473D8" w:rsidRPr="00B03A45" w:rsidRDefault="00747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8" w:type="dxa"/>
          </w:tcPr>
          <w:p w14:paraId="44464391" w14:textId="77777777" w:rsidR="007473D8" w:rsidRPr="00B03A45" w:rsidRDefault="00747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456" w:type="dxa"/>
          </w:tcPr>
          <w:p w14:paraId="569AEBD0" w14:textId="77777777" w:rsidR="007473D8" w:rsidRPr="00B03A45" w:rsidRDefault="00747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283" w:type="dxa"/>
          </w:tcPr>
          <w:p w14:paraId="1055781C" w14:textId="77777777" w:rsidR="007473D8" w:rsidRPr="00B03A45" w:rsidRDefault="00747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04" w:type="dxa"/>
          </w:tcPr>
          <w:p w14:paraId="39ED9314" w14:textId="77777777" w:rsidR="007473D8" w:rsidRPr="00B03A45" w:rsidRDefault="00747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7473D8" w:rsidRPr="00B03A45" w14:paraId="3EE99401" w14:textId="77777777" w:rsidTr="00F30F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6" w:type="dxa"/>
          </w:tcPr>
          <w:p w14:paraId="56940EF0" w14:textId="60FCF350" w:rsidR="007473D8" w:rsidRPr="00B03A45" w:rsidRDefault="007473D8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pl-PL"/>
              </w:rPr>
            </w:pPr>
            <w:r w:rsidRPr="00B03A4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pl-PL"/>
              </w:rPr>
              <w:t>Utożsamia się z wartościami, celami i zadaniami realizowanymi w praktyce, odznacza się rozwagą, dojrzałością i zaangażowaniem w projektowaniu, planowaniu i realizowaniu działań edukacyjnych i zawodowych</w:t>
            </w:r>
            <w:r w:rsidR="0064425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pl-PL"/>
              </w:rPr>
              <w:t xml:space="preserve">. </w:t>
            </w:r>
          </w:p>
        </w:tc>
        <w:tc>
          <w:tcPr>
            <w:tcW w:w="1293" w:type="dxa"/>
          </w:tcPr>
          <w:p w14:paraId="090DF9D6" w14:textId="77777777" w:rsidR="007473D8" w:rsidRPr="00B03A45" w:rsidRDefault="00747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8" w:type="dxa"/>
          </w:tcPr>
          <w:p w14:paraId="783648C0" w14:textId="77777777" w:rsidR="007473D8" w:rsidRPr="00B03A45" w:rsidRDefault="00747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456" w:type="dxa"/>
          </w:tcPr>
          <w:p w14:paraId="5591EEED" w14:textId="77777777" w:rsidR="007473D8" w:rsidRPr="00B03A45" w:rsidRDefault="00747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283" w:type="dxa"/>
          </w:tcPr>
          <w:p w14:paraId="5A87D9A1" w14:textId="77777777" w:rsidR="007473D8" w:rsidRPr="00B03A45" w:rsidRDefault="00747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04" w:type="dxa"/>
          </w:tcPr>
          <w:p w14:paraId="28B4E608" w14:textId="77777777" w:rsidR="007473D8" w:rsidRPr="00B03A45" w:rsidRDefault="00747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7473D8" w:rsidRPr="00B03A45" w14:paraId="2CD804FF" w14:textId="77777777" w:rsidTr="00F30F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6" w:type="dxa"/>
          </w:tcPr>
          <w:p w14:paraId="21DFAEB3" w14:textId="77777777" w:rsidR="007473D8" w:rsidRPr="00B03A45" w:rsidRDefault="007473D8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pl-PL"/>
              </w:rPr>
            </w:pPr>
            <w:r w:rsidRPr="00B03A4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pl-PL"/>
              </w:rPr>
              <w:t>Potrafi identyfikować potrzeby rozwojowe pracowników oraz organizacji.</w:t>
            </w:r>
          </w:p>
        </w:tc>
        <w:tc>
          <w:tcPr>
            <w:tcW w:w="1293" w:type="dxa"/>
          </w:tcPr>
          <w:p w14:paraId="1D3DD5AE" w14:textId="77777777" w:rsidR="007473D8" w:rsidRPr="00B03A45" w:rsidRDefault="00747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8" w:type="dxa"/>
          </w:tcPr>
          <w:p w14:paraId="683B4714" w14:textId="77777777" w:rsidR="007473D8" w:rsidRPr="00B03A45" w:rsidRDefault="00747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456" w:type="dxa"/>
          </w:tcPr>
          <w:p w14:paraId="4522C66C" w14:textId="77777777" w:rsidR="007473D8" w:rsidRPr="00B03A45" w:rsidRDefault="00747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283" w:type="dxa"/>
          </w:tcPr>
          <w:p w14:paraId="6222F63F" w14:textId="77777777" w:rsidR="007473D8" w:rsidRPr="00B03A45" w:rsidRDefault="00747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04" w:type="dxa"/>
          </w:tcPr>
          <w:p w14:paraId="724DC6FE" w14:textId="77777777" w:rsidR="007473D8" w:rsidRPr="00B03A45" w:rsidRDefault="00747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7473D8" w:rsidRPr="00B03A45" w14:paraId="7BEEA6C4" w14:textId="77777777" w:rsidTr="00F30F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6" w:type="dxa"/>
          </w:tcPr>
          <w:p w14:paraId="764474E3" w14:textId="77777777" w:rsidR="007473D8" w:rsidRPr="00B03A45" w:rsidRDefault="007473D8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pl-PL"/>
              </w:rPr>
            </w:pPr>
            <w:r w:rsidRPr="00B03A4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pl-PL"/>
              </w:rPr>
              <w:t>Jest samodzielny/a, odpowiedzialny/a, punktualny/a i zaangażowany/a w realizację powierzonych zadań.</w:t>
            </w:r>
          </w:p>
        </w:tc>
        <w:tc>
          <w:tcPr>
            <w:tcW w:w="1293" w:type="dxa"/>
          </w:tcPr>
          <w:p w14:paraId="3B4528E4" w14:textId="77777777" w:rsidR="007473D8" w:rsidRPr="00B03A45" w:rsidRDefault="00747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8" w:type="dxa"/>
          </w:tcPr>
          <w:p w14:paraId="673E998E" w14:textId="77777777" w:rsidR="007473D8" w:rsidRPr="00B03A45" w:rsidRDefault="00747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456" w:type="dxa"/>
          </w:tcPr>
          <w:p w14:paraId="6795B78C" w14:textId="77777777" w:rsidR="007473D8" w:rsidRPr="00B03A45" w:rsidRDefault="00747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283" w:type="dxa"/>
          </w:tcPr>
          <w:p w14:paraId="75AF6354" w14:textId="77777777" w:rsidR="007473D8" w:rsidRPr="00B03A45" w:rsidRDefault="00747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04" w:type="dxa"/>
          </w:tcPr>
          <w:p w14:paraId="648275D0" w14:textId="77777777" w:rsidR="007473D8" w:rsidRPr="00B03A45" w:rsidRDefault="00747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7473D8" w:rsidRPr="00B03A45" w14:paraId="0DBB5187" w14:textId="77777777" w:rsidTr="00F30F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6" w:type="dxa"/>
          </w:tcPr>
          <w:p w14:paraId="0D80B739" w14:textId="2023C0FA" w:rsidR="007473D8" w:rsidRPr="00B03A45" w:rsidRDefault="007473D8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pl-PL"/>
              </w:rPr>
            </w:pPr>
            <w:r w:rsidRPr="00B03A4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pl-PL"/>
              </w:rPr>
              <w:t>Odznacza się odpowiedzialnością za własne przygotowanie do pracy, podejmowane decyzje i prowadzone działania oraz ich skutki, czuje się odpowiedzialny wobec ludzi, dla których dobra stara się działać, wyraża taką postawę w środowisku specjalistów i pośrednio modeluje to podejście wśród innych,  a także w sposób świadomy korzysta z narzędzi sztucznej inteligencji w celu minimalizowania ryzyka i zwiększania efektywności działań</w:t>
            </w:r>
            <w:r w:rsidR="0064425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pl-PL"/>
              </w:rPr>
              <w:t xml:space="preserve">. </w:t>
            </w:r>
          </w:p>
        </w:tc>
        <w:tc>
          <w:tcPr>
            <w:tcW w:w="1293" w:type="dxa"/>
          </w:tcPr>
          <w:p w14:paraId="1E01CFAA" w14:textId="77777777" w:rsidR="007473D8" w:rsidRPr="00B03A45" w:rsidRDefault="00747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8" w:type="dxa"/>
          </w:tcPr>
          <w:p w14:paraId="46886AF3" w14:textId="77777777" w:rsidR="007473D8" w:rsidRPr="00B03A45" w:rsidRDefault="00747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456" w:type="dxa"/>
          </w:tcPr>
          <w:p w14:paraId="7A7BBCF9" w14:textId="77777777" w:rsidR="007473D8" w:rsidRPr="00B03A45" w:rsidRDefault="00747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283" w:type="dxa"/>
          </w:tcPr>
          <w:p w14:paraId="780D8E58" w14:textId="77777777" w:rsidR="007473D8" w:rsidRPr="00B03A45" w:rsidRDefault="00747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04" w:type="dxa"/>
          </w:tcPr>
          <w:p w14:paraId="3B1AC9C5" w14:textId="77777777" w:rsidR="007473D8" w:rsidRPr="00B03A45" w:rsidRDefault="00747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7473D8" w:rsidRPr="00B03A45" w14:paraId="46DD4951" w14:textId="77777777" w:rsidTr="00F30F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6" w:type="dxa"/>
          </w:tcPr>
          <w:p w14:paraId="66335C0B" w14:textId="77777777" w:rsidR="007473D8" w:rsidRPr="00B03A45" w:rsidRDefault="007473D8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pl-PL"/>
              </w:rPr>
            </w:pPr>
            <w:r w:rsidRPr="00B03A4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pl-PL"/>
              </w:rPr>
              <w:t>Prezentuje wysoką kulturę osobistą oraz postawę zgodną z etyką zawodową.</w:t>
            </w:r>
          </w:p>
        </w:tc>
        <w:tc>
          <w:tcPr>
            <w:tcW w:w="1293" w:type="dxa"/>
          </w:tcPr>
          <w:p w14:paraId="5B5EEE15" w14:textId="77777777" w:rsidR="007473D8" w:rsidRPr="00B03A45" w:rsidRDefault="00747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8" w:type="dxa"/>
          </w:tcPr>
          <w:p w14:paraId="63E07E88" w14:textId="77777777" w:rsidR="007473D8" w:rsidRPr="00B03A45" w:rsidRDefault="00747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456" w:type="dxa"/>
          </w:tcPr>
          <w:p w14:paraId="36631E9E" w14:textId="77777777" w:rsidR="007473D8" w:rsidRPr="00B03A45" w:rsidRDefault="00747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283" w:type="dxa"/>
          </w:tcPr>
          <w:p w14:paraId="139A6CDE" w14:textId="77777777" w:rsidR="007473D8" w:rsidRPr="00B03A45" w:rsidRDefault="00747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04" w:type="dxa"/>
          </w:tcPr>
          <w:p w14:paraId="264F2F7B" w14:textId="77777777" w:rsidR="007473D8" w:rsidRPr="00B03A45" w:rsidRDefault="00747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</w:tbl>
    <w:p w14:paraId="325274C7" w14:textId="77777777" w:rsidR="00EE3B70" w:rsidRPr="00B03A45" w:rsidRDefault="00306AEF" w:rsidP="005D6294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03A45">
        <w:rPr>
          <w:rFonts w:ascii="Times New Roman" w:hAnsi="Times New Roman" w:cs="Times New Roman"/>
          <w:sz w:val="24"/>
          <w:szCs w:val="24"/>
          <w:lang w:val="pl-PL"/>
        </w:rPr>
        <w:br/>
        <w:t>Ocena z realizacji praktyki uwzględniająca opinię o osobie studiującej oraz stopień osiągnięcia efektów uczenia się (proszę podkreślić właściwą ocenę):</w:t>
      </w:r>
    </w:p>
    <w:p w14:paraId="3E0293F2" w14:textId="518BE384" w:rsidR="00EE3B70" w:rsidRPr="00B03A45" w:rsidRDefault="00306AEF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B03A45">
        <w:rPr>
          <w:rFonts w:ascii="Times New Roman" w:hAnsi="Times New Roman" w:cs="Times New Roman"/>
          <w:sz w:val="24"/>
          <w:szCs w:val="24"/>
          <w:lang w:val="pl-PL"/>
        </w:rPr>
        <w:t>bardzo dobra</w:t>
      </w:r>
      <w:r w:rsidR="007473D8" w:rsidRPr="00B03A45">
        <w:rPr>
          <w:rFonts w:ascii="Times New Roman" w:hAnsi="Times New Roman" w:cs="Times New Roman"/>
          <w:sz w:val="24"/>
          <w:szCs w:val="24"/>
          <w:lang w:val="pl-PL"/>
        </w:rPr>
        <w:t xml:space="preserve">,  dobra </w:t>
      </w:r>
      <w:r w:rsidR="004C70D5" w:rsidRPr="00B03A45">
        <w:rPr>
          <w:rFonts w:ascii="Times New Roman" w:hAnsi="Times New Roman" w:cs="Times New Roman"/>
          <w:sz w:val="24"/>
          <w:szCs w:val="24"/>
          <w:lang w:val="pl-PL"/>
        </w:rPr>
        <w:t>plus</w:t>
      </w:r>
      <w:r w:rsidR="007473D8" w:rsidRPr="00B03A45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r w:rsidRPr="00B03A45">
        <w:rPr>
          <w:rFonts w:ascii="Times New Roman" w:hAnsi="Times New Roman" w:cs="Times New Roman"/>
          <w:sz w:val="24"/>
          <w:szCs w:val="24"/>
          <w:lang w:val="pl-PL"/>
        </w:rPr>
        <w:t xml:space="preserve">  dobra</w:t>
      </w:r>
      <w:r w:rsidR="007473D8" w:rsidRPr="00B03A45">
        <w:rPr>
          <w:rFonts w:ascii="Times New Roman" w:hAnsi="Times New Roman" w:cs="Times New Roman"/>
          <w:sz w:val="24"/>
          <w:szCs w:val="24"/>
          <w:lang w:val="pl-PL"/>
        </w:rPr>
        <w:t>,</w:t>
      </w:r>
      <w:r w:rsidRPr="00B03A45">
        <w:rPr>
          <w:rFonts w:ascii="Times New Roman" w:hAnsi="Times New Roman" w:cs="Times New Roman"/>
          <w:sz w:val="24"/>
          <w:szCs w:val="24"/>
          <w:lang w:val="pl-PL"/>
        </w:rPr>
        <w:t xml:space="preserve">   </w:t>
      </w:r>
      <w:r w:rsidR="007473D8" w:rsidRPr="00B03A45">
        <w:rPr>
          <w:rFonts w:ascii="Times New Roman" w:hAnsi="Times New Roman" w:cs="Times New Roman"/>
          <w:sz w:val="24"/>
          <w:szCs w:val="24"/>
          <w:lang w:val="pl-PL"/>
        </w:rPr>
        <w:t xml:space="preserve">dostateczna </w:t>
      </w:r>
      <w:r w:rsidR="004C70D5" w:rsidRPr="00B03A45">
        <w:rPr>
          <w:rFonts w:ascii="Times New Roman" w:hAnsi="Times New Roman" w:cs="Times New Roman"/>
          <w:sz w:val="24"/>
          <w:szCs w:val="24"/>
          <w:lang w:val="pl-PL"/>
        </w:rPr>
        <w:t>plus</w:t>
      </w:r>
      <w:r w:rsidR="007473D8" w:rsidRPr="00B03A45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r w:rsidRPr="00B03A45">
        <w:rPr>
          <w:rFonts w:ascii="Times New Roman" w:hAnsi="Times New Roman" w:cs="Times New Roman"/>
          <w:sz w:val="24"/>
          <w:szCs w:val="24"/>
          <w:lang w:val="pl-PL"/>
        </w:rPr>
        <w:t>dostateczna</w:t>
      </w:r>
      <w:r w:rsidR="007473D8" w:rsidRPr="00B03A45">
        <w:rPr>
          <w:rFonts w:ascii="Times New Roman" w:hAnsi="Times New Roman" w:cs="Times New Roman"/>
          <w:sz w:val="24"/>
          <w:szCs w:val="24"/>
          <w:lang w:val="pl-PL"/>
        </w:rPr>
        <w:t>, niedostateczna</w:t>
      </w:r>
      <w:r w:rsidRPr="00B03A45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B03A45">
        <w:rPr>
          <w:rFonts w:ascii="Times New Roman" w:hAnsi="Times New Roman" w:cs="Times New Roman"/>
          <w:sz w:val="24"/>
          <w:szCs w:val="24"/>
          <w:lang w:val="pl-PL"/>
        </w:rPr>
        <w:br/>
        <w:t>............................................................              ............................................................</w:t>
      </w:r>
    </w:p>
    <w:p w14:paraId="03F2826F" w14:textId="3A0C1596" w:rsidR="00EE3B70" w:rsidRPr="0064425A" w:rsidRDefault="00306AEF">
      <w:pPr>
        <w:rPr>
          <w:rFonts w:ascii="Times New Roman" w:hAnsi="Times New Roman" w:cs="Times New Roman"/>
          <w:sz w:val="20"/>
          <w:szCs w:val="20"/>
          <w:lang w:val="pl-PL"/>
        </w:rPr>
      </w:pPr>
      <w:r w:rsidRPr="0064425A">
        <w:rPr>
          <w:rFonts w:ascii="Times New Roman" w:hAnsi="Times New Roman" w:cs="Times New Roman"/>
          <w:sz w:val="20"/>
          <w:szCs w:val="20"/>
          <w:lang w:val="pl-PL"/>
        </w:rPr>
        <w:t xml:space="preserve">Podpis opiekuna praktyki                 </w:t>
      </w:r>
      <w:r w:rsidR="0064425A">
        <w:rPr>
          <w:rFonts w:ascii="Times New Roman" w:hAnsi="Times New Roman" w:cs="Times New Roman"/>
          <w:sz w:val="20"/>
          <w:szCs w:val="20"/>
          <w:lang w:val="pl-PL"/>
        </w:rPr>
        <w:t xml:space="preserve">     </w:t>
      </w:r>
      <w:r w:rsidR="00D04548">
        <w:rPr>
          <w:rFonts w:ascii="Times New Roman" w:hAnsi="Times New Roman" w:cs="Times New Roman"/>
          <w:sz w:val="20"/>
          <w:szCs w:val="20"/>
          <w:lang w:val="pl-PL"/>
        </w:rPr>
        <w:t xml:space="preserve">                                  </w:t>
      </w:r>
      <w:r w:rsidRPr="0064425A">
        <w:rPr>
          <w:rFonts w:ascii="Times New Roman" w:hAnsi="Times New Roman" w:cs="Times New Roman"/>
          <w:sz w:val="20"/>
          <w:szCs w:val="20"/>
          <w:lang w:val="pl-PL"/>
        </w:rPr>
        <w:t xml:space="preserve">Podpis </w:t>
      </w:r>
      <w:r w:rsidR="0064425A" w:rsidRPr="0064425A">
        <w:rPr>
          <w:rFonts w:ascii="Times New Roman" w:hAnsi="Times New Roman" w:cs="Times New Roman"/>
          <w:sz w:val="20"/>
          <w:szCs w:val="20"/>
          <w:lang w:val="pl-PL"/>
        </w:rPr>
        <w:t>Dyrektora/ K</w:t>
      </w:r>
      <w:r w:rsidRPr="0064425A">
        <w:rPr>
          <w:rFonts w:ascii="Times New Roman" w:hAnsi="Times New Roman" w:cs="Times New Roman"/>
          <w:sz w:val="20"/>
          <w:szCs w:val="20"/>
          <w:lang w:val="pl-PL"/>
        </w:rPr>
        <w:t xml:space="preserve">ierownika </w:t>
      </w:r>
    </w:p>
    <w:sectPr w:rsidR="00EE3B70" w:rsidRPr="0064425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0E02CCA"/>
    <w:multiLevelType w:val="multilevel"/>
    <w:tmpl w:val="55F2C16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7556"/>
    <w:rsid w:val="00121A27"/>
    <w:rsid w:val="0014697A"/>
    <w:rsid w:val="0015074B"/>
    <w:rsid w:val="0020469D"/>
    <w:rsid w:val="0029639D"/>
    <w:rsid w:val="002F039C"/>
    <w:rsid w:val="00306AEF"/>
    <w:rsid w:val="00326F90"/>
    <w:rsid w:val="00394465"/>
    <w:rsid w:val="004C70D5"/>
    <w:rsid w:val="00567646"/>
    <w:rsid w:val="005B3C1E"/>
    <w:rsid w:val="005D6294"/>
    <w:rsid w:val="00632155"/>
    <w:rsid w:val="0064425A"/>
    <w:rsid w:val="007279F5"/>
    <w:rsid w:val="007473D8"/>
    <w:rsid w:val="007F67FF"/>
    <w:rsid w:val="00807AFE"/>
    <w:rsid w:val="009D2245"/>
    <w:rsid w:val="00A87F86"/>
    <w:rsid w:val="00AA1D8D"/>
    <w:rsid w:val="00B03A45"/>
    <w:rsid w:val="00B16C40"/>
    <w:rsid w:val="00B47730"/>
    <w:rsid w:val="00B72855"/>
    <w:rsid w:val="00C12EB9"/>
    <w:rsid w:val="00CB0664"/>
    <w:rsid w:val="00D04548"/>
    <w:rsid w:val="00E27B3C"/>
    <w:rsid w:val="00EE3B70"/>
    <w:rsid w:val="00F30FA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1581E4"/>
  <w15:docId w15:val="{71848EC9-10E0-4DC6-99EB-6997E23C4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Zwykatabela11">
    <w:name w:val="Zwykła tabela 11"/>
    <w:basedOn w:val="Standardowy"/>
    <w:uiPriority w:val="99"/>
    <w:rsid w:val="00F30FA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B03A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03A4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03A4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03A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03A4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6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6A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a9d5da-64ea-47b5-b20b-1247ed4dec15">
      <Terms xmlns="http://schemas.microsoft.com/office/infopath/2007/PartnerControls"/>
    </lcf76f155ced4ddcb4097134ff3c332f>
    <TaxCatchAll xmlns="9d403554-3e41-4c44-bbb5-238edddfb4e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1EEF2FC0409FB4CB0C9362B7F5A86C0" ma:contentTypeVersion="13" ma:contentTypeDescription="Utwórz nowy dokument." ma:contentTypeScope="" ma:versionID="8933f895bc2d4ebc9b6b3e1a55007f19">
  <xsd:schema xmlns:xsd="http://www.w3.org/2001/XMLSchema" xmlns:xs="http://www.w3.org/2001/XMLSchema" xmlns:p="http://schemas.microsoft.com/office/2006/metadata/properties" xmlns:ns2="57a9d5da-64ea-47b5-b20b-1247ed4dec15" xmlns:ns3="9d403554-3e41-4c44-bbb5-238edddfb4e9" targetNamespace="http://schemas.microsoft.com/office/2006/metadata/properties" ma:root="true" ma:fieldsID="9dd7f19d10768402e9975010aecb5c74" ns2:_="" ns3:_="">
    <xsd:import namespace="57a9d5da-64ea-47b5-b20b-1247ed4dec15"/>
    <xsd:import namespace="9d403554-3e41-4c44-bbb5-238edddfb4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a9d5da-64ea-47b5-b20b-1247ed4dec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178dc54b-36a1-4ddd-a079-aa44141494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403554-3e41-4c44-bbb5-238edddfb4e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ab8b08a-5bcb-4b82-a684-b5a8f5800b53}" ma:internalName="TaxCatchAll" ma:showField="CatchAllData" ma:web="9d403554-3e41-4c44-bbb5-238edddfb4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DCF6C5-53DC-44E5-9059-CA3AF5926B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E3FA294-24DC-4164-8D46-D2F2E1655379}">
  <ds:schemaRefs>
    <ds:schemaRef ds:uri="http://schemas.microsoft.com/office/2006/metadata/properties"/>
    <ds:schemaRef ds:uri="http://schemas.microsoft.com/office/infopath/2007/PartnerControls"/>
    <ds:schemaRef ds:uri="57a9d5da-64ea-47b5-b20b-1247ed4dec15"/>
    <ds:schemaRef ds:uri="9d403554-3e41-4c44-bbb5-238edddfb4e9"/>
  </ds:schemaRefs>
</ds:datastoreItem>
</file>

<file path=customXml/itemProps3.xml><?xml version="1.0" encoding="utf-8"?>
<ds:datastoreItem xmlns:ds="http://schemas.openxmlformats.org/officeDocument/2006/customXml" ds:itemID="{642D2A0A-3F0F-4727-A91E-9B8CF6D96A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6AE633C-FD35-4B5B-93C0-2F086D9566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a9d5da-64ea-47b5-b20b-1247ed4dec15"/>
    <ds:schemaRef ds:uri="9d403554-3e41-4c44-bbb5-238edddfb4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1115</Words>
  <Characters>6690</Characters>
  <Application>Microsoft Office Word</Application>
  <DocSecurity>0</DocSecurity>
  <Lines>55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7790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UKW2</cp:lastModifiedBy>
  <cp:revision>2</cp:revision>
  <dcterms:created xsi:type="dcterms:W3CDTF">2026-10-13T09:25:00Z</dcterms:created>
  <dcterms:modified xsi:type="dcterms:W3CDTF">2026-10-13T09:25:00Z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0x01010021EEF2FC0409FB4CB0C9362B7F5A86C0</vt:lpwstr>
  </property>
</Properties>
</file>